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חוסר רגשי וחוסן אישי בין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נאמנות כמחויבות לטובת האחר ולא כשתיקה בכל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מצטברים של מצוקה רגשית אצל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 פנייה, הקשבה וגישור אל מבוגר/ת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נאמנות היא מחויבות לטובת האחר, גם כשזה מחייב לשתף 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לעיתים קרובות שקטה ומצטברת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"שמתי לב שאתה קצת רחוק, אני פה אם תרצה"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לשים לב, לשאול, להקשיב ולגשר אל 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כשהוא מבודד את מי שסוחב/ת אותו ונוגע למצוקה מתמשכת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גם הוא/היא זכאי/ת לתמיכה ומותר לו/ה להרגיש 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מציין שהיא לעיתים קרובות שקטה ומצטברת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אומר שסימן בודד יכול להיות מצב רוח חולף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ממליץ לפנות בפרטיות ולא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מציין שמותר להרגיש כבד ולדבר על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שהמשפט רק פותח דלת, לא פותר כלום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סימנים למצוקה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(שינוי בולט ומתמשך בדפוס המוכר, למשל ירידה בהשקעה בלימודים)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(היעדרות ממפגשים, ישיבה לבד או תשובות קצרות)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(נטישת תחביב או קבוצה שהיו חלק מהזהות)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(עייפות ואדישות שנמשכים ימים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(פוסטים על בדידות או חוסר שייכות)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נכון: מה עושים כשחושדים במצוקה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 לב לתמונה המצטברת של כמה סימנים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פנו בפרטיות ובעדינות, בלי לחץ ובלי 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בלי לתקן ובלי להשוות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 תשמרו סוד מדאיג, שתפו בכנות שאתם רוצים לערב 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גשרו אל מבוגר/ת מתאים/ה שיודע/ת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תציג עמדה ברורה, תבחין בין סוד תמים לסוד מדאיג, תביא דוגמה דמיונית ולא אישית, ותתייחס לטיעון נגדי עם הפרכה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כוללת משפט פתיחה לא שיפוטי, הבעת דאגה, ופנייה למבוגר/ת אחראי/ת כמו יועצת או נאמן/ת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נאמנות היא דאגה לטובת האחר, לא שמירת סוד בכל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סימן מהרשימה (שינוי בהתנהגות, הסתגרות, ויתור על תחביב, עצב מתמשך, תכנים עצובים ברשתות)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 או 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לפתוח בתזכורת שהשיתוף בכיתה תמיד רשות ואפשר לדלג על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הגבול בין חברות לתמיכה מקצועית לפני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את השיעור בהפניה ברורה לאנשי הקשר הזמינים בבית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חוסר רגשי וחוסן אישי בין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מדברים על חברות וסודות. לפעמים חבר עצוב בסתר. הדף הזה עוזר להבין איך לשים לב ואיך לעזור.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באמת לטובת החבר, לא רק לשמור סוד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מצוקה רגשית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כאב או עצב פנימי שקשה להתמודד איתו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הסתגרות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התרחקות מחברים ומפעילויות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בין מי שזקוק/ה לעזרה לבין מבוגר/ת שיכול/ה לסייע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נאמן/ת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בוגר/ת או תלמיד/ה שהוכשר/ה לעזור במצבים רגשיים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בלי למהר לייעץ או לשפוט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תמיכה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מי שעוזר/ת לאחר זקוק/ה לתמיכה בעצמו/ה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 הטקסט על נאמנות?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נאמנות היא שמירת סוד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נאמנות היא מחויבות לטובת האחר, גם כשזה מחייב לשתף 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נאמנות קיימת רק בין חברים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נאמנות היא להסכים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נראית מצוקה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דרמטית וגלויה כמו בסרטים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לעיתים קרובות שקטה ומצטברת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ברשתות החברתיות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כשיש מריבה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לומר לחבר שנראה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"מה הקטע שלך לאחרונה?"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"שמתי לב שאתה קצת רחוק, אני פה אם תרצה"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"ספר לכולם מה קרה"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"אל תדאג, לכולם קשה"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בתפקיד שלנו כשחבר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לפתור את המשבר לבד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לב, לשאול, להקשיב ולגשר אל 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ולחכות שיעבור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על כך ברשתות החברתיות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צריך לשתף מבוגר בסוד?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כשהוא מבודד את מי שסוחב/ת אותו ונוגע למצוקה מתמשכת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כשהוא על מתנה ליום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כשהוא נוגע לציון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כשמדובר בבדיחה 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מגיע גם למי שעוזר לחבר?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עליו/ה להתעלם מהרגשות של עצמו/ה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הוא/היא זכאי/ת לתמיכה ומותר לו/ה להרגיש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עליו/ה להפסיק לדבר עם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עליו/ה לשמור הכל בפנים כדי לא להכביד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מצוקה רגשית אצל בני נוער נראית תמיד דרמטית וגלויה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יחיד וחולף אינו בהכרח עדות למצוקה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לברר מה קרה דרך הקבוצה הכיתתית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מי שתומך/ת בחבר/ה זכאי/ת לתמיכה בעצמו/ה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"אני פה" אמור לפתור את בעיית החבר/ה באופן מיידי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סימנים למצוקה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שינוי בהתנהגות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עייפות ואדישות שנמשכים ימים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הסתגרות ובידוד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נטישת תחביב או קבוצה שהיו חלק מהזהות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ויתור על מה שאהבו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פוסטים על בדידות או חוסר 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עצב מתמשך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היעדרות ממפגשים, ישיבה לבד או תשובות קצרות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תכנים עצובים ברשתות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שינוי בולט ומתמשך בדפוס המוכר, למשל ירידה בהשקעה בלימודים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נכון: מה עושים כשחושדים במצוקה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גשרו אל מבוגר/ת מתאים/ה שיודע/ת לעזור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תשמרו סוד מדאיג, שתפו בכנות שאתם רוצים לערב מבוגר/ת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 לב לתמונה המצטברת של כמה סימנים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הקשיבו בלי לתקן ובלי להשוות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פנו בפרטיות ובעדינות, בלי לחץ ובלי קהל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מאמר דעה קצר (10-12 שורות) בנושא: "נאמנות בין חברים – האם יש סודות שאסור לשמור?". הציגו עמדה מנומקת, דוגמה דמיונית (לא אישית), טיעון נגדי והפרכה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דמיוני שבו חבר/ה שולח/ת הודעה מדאיגה ומוחק/ת אותה מיד. כתבו מה הייתם עונים ולמי הייתם פונים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נאמנות לבין שתיקה,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מצטבר של מצוקה רגשית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בבית הספר כשדואגים לחבר/ה או לעצמכם?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נאמנות, חוסר רגשי וחוסן אישי בין חברים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