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נאמנות, חוסר רגשי וחוסן אישי בין חברים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 נאמנות כמחויבות לטובת האחר ולא כשתיקה בכל 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מצטברים של מצוקה רגשית אצל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דרכי פנייה, הקשבה וגישור אל מבוגר/ת אחראי/ת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נאמנות היא מחויבות לטובת האחר, גם כשזה מחייב לשתף מבוגר/ת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לעיתים קרובות שקטה ומצטברת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לשים לב, לשאול, להקשיב ולגשר אל מבוגר/ת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מציין שהיא לעיתים קרובות שקטה ומצטברת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אומר שסימן בודד יכול להיות מצב רוח חולף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התאמה: סימנים למצוקה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(שינוי בולט ומתמשך בדפוס המוכר, למשל ירידה בהשקעה בלימודים)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(היעדרות ממפגשים, ישיבה לבד או תשובות קצרות)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(נטישת תחביב או קבוצה שהיו חלק מהזהות)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(עייפות ואדישות שנמשכים ימים 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נכון: מה עושים כשחושדים במצוקה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שימו לב לתמונה המצטברת של כמה סימנים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פנו בפרטיות ובעדינות, בלי לחץ ובלי קהל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הקשיבו בלי לתקן ובלי להשוות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 תשמרו סוד מדאיג, שתפו בכנות שאתם רוצים לערב מבוגר/ת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תציג עמדה ברורה, תבחין בין סוד תמים לסוד מדאיג, תביא דוגמה דמיונית ולא אישית, ותתייחס לטיעון נגדי עם הפרכה מנומקת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נאמנות היא דאגה לטובת האחר, לא שמירת סוד בכל 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סימן מהרשימה (שינוי בהתנהגות, הסתגרות, ויתור על תחביב, עצב מתמשך, תכנים עצובים ברשתות)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יועצת, נאמני חוסן מורים או נאמני חוסן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לפתוח בתזכורת שהשיתוף בכיתה תמיד רשות ואפשר לדלג על 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הגבול בין חברות לתמיכה מקצועית לפני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את השיעור בהפניה ברורה לאנשי הקשר הזמינים בבית הספר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נאמנות, חוסר רגשי וחוסן אישי בין חברים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עוסק בשאלה מה זו נאמנות באמת כשחבר/ה מבקש/ת לשמור סוד שקשור למצוקה רגשית. דף זה מתרגל את הרעיונות המרכזיים, הסימנים לזיהוי מצוקה ודרכי התגובה הנכונות.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התזה המרכזית של הטקסט לגבי המושג נאמנות?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נאמנות היא שמירת סוד בכל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נאמנות היא מחויבות לטובת האחר, גם כשזה מחייב לשתף מבוגר/ת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נאמנות קיימת רק בין חברים ותיקים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מתארת הטקסט מצוקה רגשית אצל בני נוער?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תמיד דרמטית וגלויה כמו בסרטים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לעיתים קרובות שקטה ומצטברת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ברשתות החברתיות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התפקיד הנכון של חבר/ה כשחושדים במצוקה אצל חבר קרוב?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לפתור את המשבר לבד בלי לספר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לשים לב, לשאול, להקשיב ולגשר אל מבוגר/ת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להתעלם ולחכות שיעבור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הטקסט, מצוקה רגשית אצל בני נוער נראית תמיד דרמטית וגלויה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סימן יחיד וחולף אינו בהכרח עדות למצוקה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התאמה: סימנים למצוקה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שינוי בהתנהגות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נטישת תחביב או קבוצה שהיו חלק מהזהות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הסתגרות ובידוד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עייפות ואדישות שנמשכים ימים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ויתור על מה שאהבו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שינוי בולט ומתמשך בדפוס המוכר, למשל ירידה בהשקעה בלימודים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עצב מתמשך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היעדרות ממפגשים, ישיבה לבד או תשובות קצרות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 נכון: מה עושים כשחושדים במצוקה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הקשיבו בלי לתקן ובלי להשוות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 תשמרו סוד מדאיג, שתפו בכנות שאתם רוצים לערב מבוגר/ת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שימו לב לתמונה המצטברת של כמה סימנים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פנו בפרטיות ובעדינות, בלי לחץ ובלי קהל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מאמר דעה קצר (10-12 שורות) בנושא: "נאמנות בין חברים – האם יש סודות שאסור לשמור?". הציגו עמדה מנומקת, דוגמה דמיונית (לא אישית), טיעון נגדי והפרכה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נאמנות לבין שתיקה, לפי 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לסימן מצטבר של מצוקה רגשית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נאמנות, חוסר רגשי וחוסן אישי בין חברים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